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2326"/>
        </w:rPr>
        <w:t>Votre site d'artisan</w:t>
      </w:r>
    </w:p>
    <w:p>
      <w:r>
        <w:rPr>
          <w:color w:val="6E6960"/>
          <w:sz w:val="26"/>
        </w:rPr>
        <w:t>Questionnaire pour la version finale</w:t>
      </w:r>
    </w:p>
    <w:p>
      <w:r>
        <w:rPr>
          <w:b/>
        </w:rPr>
        <w:t>Merci pour votre confiance !</w:t>
      </w:r>
      <w:r>
        <w:rPr>
          <w:sz w:val="20"/>
        </w:rPr>
        <w:t xml:space="preserve"> Ce questionnaire nous donne tout ce qu'il faut pour mettre votre site en ligne sous 48 h.</w:t>
      </w:r>
    </w:p>
    <w:p>
      <w:pPr>
        <w:pStyle w:val="ListBullet"/>
      </w:pPr>
      <w:r>
        <w:t>Écrivez directement dans les cases grisées.</w:t>
      </w:r>
    </w:p>
    <w:p>
      <w:pPr>
        <w:pStyle w:val="ListBullet"/>
      </w:pPr>
      <w:r>
        <w:t>Une information vous manque ? Laissez la case vide, on en parle au téléphone.</w:t>
      </w:r>
    </w:p>
    <w:p>
      <w:pPr>
        <w:pStyle w:val="ListBullet"/>
      </w:pPr>
      <w:r>
        <w:t>Vos services : remplissez le tableau de la partie 5, ou plus simple, joignez votre plaquette ou votre grille de prix. Nous les saisissons pour vous.</w:t>
      </w:r>
    </w:p>
    <w:p>
      <w:pPr>
        <w:pStyle w:val="ListBullet"/>
      </w:pPr>
      <w:r>
        <w:t>Renvoyez ce fichier par email, en réponse à notre message, avec votre logo et les photos de vos chantiers en pièces jointes.</w:t>
      </w:r>
    </w:p>
    <w:p>
      <w:pPr>
        <w:pStyle w:val="Heading2"/>
      </w:pPr>
      <w:r>
        <w:rPr>
          <w:color w:val="C2410C"/>
        </w:rPr>
        <w:t>1. Votre formule</w:t>
      </w:r>
    </w:p>
    <w:p>
      <w:pPr>
        <w:pStyle w:val="ListBullet"/>
      </w:pPr>
      <w:r>
        <w:t>Vitrine — 390 € — Être trouvé sur Google et inspirer confiance</w:t>
      </w:r>
    </w:p>
    <w:p>
      <w:pPr>
        <w:pStyle w:val="ListBullet"/>
      </w:pPr>
      <w:r>
        <w:t>Devis en ligne — 780 € — Les demandes de devis arrivent directement chez vous, sans payer chaque contact</w:t>
      </w:r>
    </w:p>
    <w:p>
      <w:pPr>
        <w:pStyle w:val="ListBullet"/>
      </w:pPr>
      <w:r>
        <w:t>Premium — 1 290 € — Le site qui rassure et vous place devant vos concurrents</w:t>
      </w:r>
    </w:p>
    <w:p>
      <w:r>
        <w:rPr>
          <w:sz w:val="20"/>
        </w:rPr>
        <w:t>Paiement unique. 1re année d'hébergement et de maintenance offerte, puis 19 € / mois (mises à jour de vos travaux et réalisations comprises), sans engagement.</w:t>
      </w:r>
    </w:p>
    <w:tbl>
      <w:tblPr>
        <w:tblStyle w:val="TableGrid"/>
        <w:tblW w:type="dxa" w:w="9865"/>
        <w:jc w:val="center"/>
        <w:tblLayout w:type="fixed"/>
        <w:tblLook w:firstColumn="1" w:firstRow="1" w:lastColumn="0" w:lastRow="0" w:noHBand="0" w:noVBand="1" w:val="04A0"/>
      </w:tblPr>
      <w:tblGrid>
        <w:gridCol w:w="3685"/>
        <w:gridCol w:w="6180"/>
      </w:tblGrid>
      <w:tr>
        <w:tc>
          <w:tcPr>
            <w:tcW w:type="dxa" w:w="3685"/>
            <w:shd w:val="clear" w:color="auto" w:fill="2B3035"/>
          </w:tcPr>
          <w:p>
            <w:r>
              <w:rPr>
                <w:b/>
                <w:color w:val="FFFFFF"/>
                <w:sz w:val="18"/>
              </w:rPr>
              <w:t>Information</w:t>
            </w:r>
          </w:p>
        </w:tc>
        <w:tc>
          <w:tcPr>
            <w:tcW w:type="dxa" w:w="6180"/>
            <w:shd w:val="clear" w:color="auto" w:fill="2B3035"/>
          </w:tcPr>
          <w:p>
            <w:r>
              <w:rPr>
                <w:b/>
                <w:color w:val="FFFFFF"/>
                <w:sz w:val="18"/>
              </w:rPr>
              <w:t>Votre réponse</w:t>
            </w:r>
          </w:p>
        </w:tc>
      </w:tr>
      <w:tr>
        <w:tc>
          <w:tcPr>
            <w:tcW w:type="dxa" w:w="3685"/>
          </w:tcPr>
          <w:p>
            <w:r>
              <w:rPr>
                <w:b/>
                <w:sz w:val="20"/>
              </w:rPr>
              <w:t>Formule choisie</w:t>
            </w:r>
          </w:p>
          <w:p>
            <w:r>
              <w:rPr>
                <w:i/>
                <w:color w:val="6E6960"/>
                <w:sz w:val="16"/>
              </w:rPr>
              <w:t>Vitrine, Devis en ligne ou Premium</w:t>
            </w:r>
          </w:p>
        </w:tc>
        <w:tc>
          <w:tcPr>
            <w:tcW w:type="dxa" w:w="6180"/>
            <w:shd w:val="clear" w:color="auto" w:fill="F1F2F3"/>
          </w:tcPr>
          <w:p>
            <w:r>
              <w:rPr>
                <w:b w:val="0"/>
                <w:sz w:val="20"/>
              </w:rPr>
            </w:r>
          </w:p>
        </w:tc>
      </w:tr>
    </w:tbl>
    <w:p/>
    <w:p>
      <w:pPr>
        <w:pStyle w:val="Heading2"/>
      </w:pPr>
      <w:r>
        <w:rPr>
          <w:color w:val="C2410C"/>
        </w:rPr>
        <w:t>2. Votre entreprise</w:t>
      </w:r>
    </w:p>
    <w:tbl>
      <w:tblPr>
        <w:tblStyle w:val="TableGrid"/>
        <w:tblW w:type="dxa" w:w="9865"/>
        <w:jc w:val="center"/>
        <w:tblLayout w:type="fixed"/>
        <w:tblLook w:firstColumn="1" w:firstRow="1" w:lastColumn="0" w:lastRow="0" w:noHBand="0" w:noVBand="1" w:val="04A0"/>
      </w:tblPr>
      <w:tblGrid>
        <w:gridCol w:w="3685"/>
        <w:gridCol w:w="6180"/>
      </w:tblGrid>
      <w:tr>
        <w:tc>
          <w:tcPr>
            <w:tcW w:type="dxa" w:w="3685"/>
            <w:shd w:val="clear" w:color="auto" w:fill="2B3035"/>
          </w:tcPr>
          <w:p>
            <w:r>
              <w:rPr>
                <w:b/>
                <w:color w:val="FFFFFF"/>
                <w:sz w:val="18"/>
              </w:rPr>
              <w:t>Information</w:t>
            </w:r>
          </w:p>
        </w:tc>
        <w:tc>
          <w:tcPr>
            <w:tcW w:type="dxa" w:w="6180"/>
            <w:shd w:val="clear" w:color="auto" w:fill="2B3035"/>
          </w:tcPr>
          <w:p>
            <w:r>
              <w:rPr>
                <w:b/>
                <w:color w:val="FFFFFF"/>
                <w:sz w:val="18"/>
              </w:rPr>
              <w:t>Votre réponse</w:t>
            </w:r>
          </w:p>
        </w:tc>
      </w:tr>
      <w:tr>
        <w:tc>
          <w:tcPr>
            <w:tcW w:type="dxa" w:w="3685"/>
          </w:tcPr>
          <w:p>
            <w:r>
              <w:rPr>
                <w:b/>
                <w:sz w:val="20"/>
              </w:rPr>
              <w:t>Nom de l'entreprise</w:t>
            </w:r>
          </w:p>
          <w:p>
            <w:r>
              <w:rPr>
                <w:i/>
                <w:color w:val="6E6960"/>
                <w:sz w:val="16"/>
              </w:rPr>
              <w:t>tel qu'il doit apparaître sur le site</w:t>
            </w:r>
          </w:p>
        </w:tc>
        <w:tc>
          <w:tcPr>
            <w:tcW w:type="dxa" w:w="6180"/>
            <w:shd w:val="clear" w:color="auto" w:fill="F1F2F3"/>
          </w:tcPr>
          <w:p>
            <w:r>
              <w:rPr>
                <w:b w:val="0"/>
                <w:sz w:val="20"/>
              </w:rPr>
            </w:r>
          </w:p>
        </w:tc>
      </w:tr>
      <w:tr>
        <w:tc>
          <w:tcPr>
            <w:tcW w:type="dxa" w:w="3685"/>
          </w:tcPr>
          <w:p>
            <w:r>
              <w:rPr>
                <w:b/>
                <w:sz w:val="20"/>
              </w:rPr>
              <w:t>Métier</w:t>
            </w:r>
          </w:p>
          <w:p>
            <w:r>
              <w:rPr>
                <w:i/>
                <w:color w:val="6E6960"/>
                <w:sz w:val="16"/>
              </w:rPr>
              <w:t>ex. Entreprise d'isolation, Menuisier – fenêtres, portes et volets</w:t>
            </w:r>
          </w:p>
        </w:tc>
        <w:tc>
          <w:tcPr>
            <w:tcW w:type="dxa" w:w="6180"/>
            <w:shd w:val="clear" w:color="auto" w:fill="F1F2F3"/>
          </w:tcPr>
          <w:p>
            <w:r>
              <w:rPr>
                <w:b w:val="0"/>
                <w:sz w:val="20"/>
              </w:rPr>
            </w:r>
          </w:p>
        </w:tc>
      </w:tr>
      <w:tr>
        <w:tc>
          <w:tcPr>
            <w:tcW w:type="dxa" w:w="3685"/>
          </w:tcPr>
          <w:p>
            <w:r>
              <w:rPr>
                <w:b/>
                <w:sz w:val="20"/>
              </w:rPr>
              <w:t>Phrase d'accroche</w:t>
            </w:r>
          </w:p>
          <w:p>
            <w:r>
              <w:rPr>
                <w:i/>
                <w:color w:val="6E6960"/>
                <w:sz w:val="16"/>
              </w:rPr>
              <w:t>1 ligne, ex. « Isolation des combles et des murs dans le Grand Lyon »</w:t>
            </w:r>
          </w:p>
        </w:tc>
        <w:tc>
          <w:tcPr>
            <w:tcW w:type="dxa" w:w="6180"/>
            <w:shd w:val="clear" w:color="auto" w:fill="F1F2F3"/>
          </w:tcPr>
          <w:p>
            <w:r>
              <w:rPr>
                <w:b w:val="0"/>
                <w:sz w:val="20"/>
              </w:rPr>
            </w:r>
          </w:p>
        </w:tc>
      </w:tr>
      <w:tr>
        <w:tc>
          <w:tcPr>
            <w:tcW w:type="dxa" w:w="3685"/>
          </w:tcPr>
          <w:p>
            <w:r>
              <w:rPr>
                <w:b/>
                <w:sz w:val="20"/>
              </w:rPr>
              <w:t>Présentation</w:t>
            </w:r>
          </w:p>
          <w:p>
            <w:r>
              <w:rPr>
                <w:i/>
                <w:color w:val="6E6960"/>
                <w:sz w:val="16"/>
              </w:rPr>
              <w:t>2-3 phrases : votre parcours, votre équipe, votre façon de travailler</w:t>
            </w:r>
          </w:p>
        </w:tc>
        <w:tc>
          <w:tcPr>
            <w:tcW w:type="dxa" w:w="6180"/>
            <w:shd w:val="clear" w:color="auto" w:fill="F1F2F3"/>
          </w:tcPr>
          <w:p>
            <w:r>
              <w:rPr>
                <w:b w:val="0"/>
                <w:sz w:val="20"/>
              </w:rPr>
            </w:r>
          </w:p>
        </w:tc>
      </w:tr>
      <w:tr>
        <w:tc>
          <w:tcPr>
            <w:tcW w:type="dxa" w:w="3685"/>
          </w:tcPr>
          <w:p>
            <w:r>
              <w:rPr>
                <w:b/>
                <w:sz w:val="20"/>
              </w:rPr>
              <w:t>SIRET</w:t>
            </w:r>
          </w:p>
          <w:p>
            <w:r>
              <w:rPr>
                <w:i/>
                <w:color w:val="6E6960"/>
                <w:sz w:val="16"/>
              </w:rPr>
              <w:t>14 chiffres, pour les mentions légales du site</w:t>
            </w:r>
          </w:p>
        </w:tc>
        <w:tc>
          <w:tcPr>
            <w:tcW w:type="dxa" w:w="6180"/>
            <w:shd w:val="clear" w:color="auto" w:fill="F1F2F3"/>
          </w:tcPr>
          <w:p>
            <w:r>
              <w:rPr>
                <w:b w:val="0"/>
                <w:sz w:val="20"/>
              </w:rPr>
            </w:r>
          </w:p>
        </w:tc>
      </w:tr>
      <w:tr>
        <w:tc>
          <w:tcPr>
            <w:tcW w:type="dxa" w:w="3685"/>
          </w:tcPr>
          <w:p>
            <w:r>
              <w:rPr>
                <w:b/>
                <w:sz w:val="20"/>
              </w:rPr>
              <w:t>Prénom du dirigeant</w:t>
            </w:r>
          </w:p>
          <w:p>
            <w:r>
              <w:rPr>
                <w:i/>
                <w:color w:val="6E6960"/>
                <w:sz w:val="16"/>
              </w:rPr>
              <w:t>affiché sur le site : vos clients savent à qui ils s'adressent</w:t>
            </w:r>
          </w:p>
        </w:tc>
        <w:tc>
          <w:tcPr>
            <w:tcW w:type="dxa" w:w="6180"/>
            <w:shd w:val="clear" w:color="auto" w:fill="F1F2F3"/>
          </w:tcPr>
          <w:p>
            <w:r>
              <w:rPr>
                <w:b w:val="0"/>
                <w:sz w:val="20"/>
              </w:rPr>
            </w:r>
          </w:p>
        </w:tc>
      </w:tr>
      <w:tr>
        <w:tc>
          <w:tcPr>
            <w:tcW w:type="dxa" w:w="3685"/>
          </w:tcPr>
          <w:p>
            <w:r>
              <w:rPr>
                <w:b/>
                <w:sz w:val="20"/>
              </w:rPr>
              <w:t>Année de création</w:t>
            </w:r>
          </w:p>
        </w:tc>
        <w:tc>
          <w:tcPr>
            <w:tcW w:type="dxa" w:w="6180"/>
            <w:shd w:val="clear" w:color="auto" w:fill="F1F2F3"/>
          </w:tcPr>
          <w:p>
            <w:r>
              <w:rPr>
                <w:b w:val="0"/>
                <w:sz w:val="20"/>
              </w:rPr>
            </w:r>
          </w:p>
        </w:tc>
      </w:tr>
      <w:tr>
        <w:tc>
          <w:tcPr>
            <w:tcW w:type="dxa" w:w="3685"/>
          </w:tcPr>
          <w:p>
            <w:r>
              <w:rPr>
                <w:b/>
                <w:sz w:val="20"/>
              </w:rPr>
              <w:t>Adresse</w:t>
            </w:r>
          </w:p>
          <w:p>
            <w:r>
              <w:rPr>
                <w:i/>
                <w:color w:val="6E6960"/>
                <w:sz w:val="16"/>
              </w:rPr>
              <w:t>numéro et rue (siège ou atelier)</w:t>
            </w:r>
          </w:p>
        </w:tc>
        <w:tc>
          <w:tcPr>
            <w:tcW w:type="dxa" w:w="6180"/>
            <w:shd w:val="clear" w:color="auto" w:fill="F1F2F3"/>
          </w:tcPr>
          <w:p>
            <w:r>
              <w:rPr>
                <w:b w:val="0"/>
                <w:sz w:val="20"/>
              </w:rPr>
            </w:r>
          </w:p>
        </w:tc>
      </w:tr>
      <w:tr>
        <w:tc>
          <w:tcPr>
            <w:tcW w:type="dxa" w:w="3685"/>
          </w:tcPr>
          <w:p>
            <w:r>
              <w:rPr>
                <w:b/>
                <w:sz w:val="20"/>
              </w:rPr>
              <w:t>Code postal</w:t>
            </w:r>
          </w:p>
        </w:tc>
        <w:tc>
          <w:tcPr>
            <w:tcW w:type="dxa" w:w="6180"/>
            <w:shd w:val="clear" w:color="auto" w:fill="F1F2F3"/>
          </w:tcPr>
          <w:p>
            <w:r>
              <w:rPr>
                <w:b w:val="0"/>
                <w:sz w:val="20"/>
              </w:rPr>
            </w:r>
          </w:p>
        </w:tc>
      </w:tr>
      <w:tr>
        <w:tc>
          <w:tcPr>
            <w:tcW w:type="dxa" w:w="3685"/>
          </w:tcPr>
          <w:p>
            <w:r>
              <w:rPr>
                <w:b/>
                <w:sz w:val="20"/>
              </w:rPr>
              <w:t>Ville</w:t>
            </w:r>
          </w:p>
        </w:tc>
        <w:tc>
          <w:tcPr>
            <w:tcW w:type="dxa" w:w="6180"/>
            <w:shd w:val="clear" w:color="auto" w:fill="F1F2F3"/>
          </w:tcPr>
          <w:p>
            <w:r>
              <w:rPr>
                <w:b w:val="0"/>
                <w:sz w:val="20"/>
              </w:rPr>
            </w:r>
          </w:p>
        </w:tc>
      </w:tr>
      <w:tr>
        <w:tc>
          <w:tcPr>
            <w:tcW w:type="dxa" w:w="3685"/>
          </w:tcPr>
          <w:p>
            <w:r>
              <w:rPr>
                <w:b/>
                <w:sz w:val="20"/>
              </w:rPr>
              <w:t>Téléphone affiché</w:t>
            </w:r>
          </w:p>
          <w:p>
            <w:r>
              <w:rPr>
                <w:i/>
                <w:color w:val="6E6960"/>
                <w:sz w:val="16"/>
              </w:rPr>
              <w:t>le numéro que vos clients appellent</w:t>
            </w:r>
          </w:p>
        </w:tc>
        <w:tc>
          <w:tcPr>
            <w:tcW w:type="dxa" w:w="6180"/>
            <w:shd w:val="clear" w:color="auto" w:fill="F1F2F3"/>
          </w:tcPr>
          <w:p>
            <w:r>
              <w:rPr>
                <w:b w:val="0"/>
                <w:sz w:val="20"/>
              </w:rPr>
            </w:r>
          </w:p>
        </w:tc>
      </w:tr>
      <w:tr>
        <w:tc>
          <w:tcPr>
            <w:tcW w:type="dxa" w:w="3685"/>
          </w:tcPr>
          <w:p>
            <w:r>
              <w:rPr>
                <w:b/>
                <w:sz w:val="20"/>
              </w:rPr>
              <w:t>Email qui reçoit les demandes de devis</w:t>
            </w:r>
          </w:p>
          <w:p>
            <w:r>
              <w:rPr>
                <w:i/>
                <w:color w:val="6E6960"/>
                <w:sz w:val="16"/>
              </w:rPr>
              <w:t>les demandes de vos clients arrivent sur cette adresse, avec leurs photos</w:t>
            </w:r>
          </w:p>
        </w:tc>
        <w:tc>
          <w:tcPr>
            <w:tcW w:type="dxa" w:w="6180"/>
            <w:shd w:val="clear" w:color="auto" w:fill="F1F2F3"/>
          </w:tcPr>
          <w:p>
            <w:r>
              <w:rPr>
                <w:b w:val="0"/>
                <w:sz w:val="20"/>
              </w:rPr>
            </w:r>
          </w:p>
        </w:tc>
      </w:tr>
      <w:tr>
        <w:tc>
          <w:tcPr>
            <w:tcW w:type="dxa" w:w="3685"/>
          </w:tcPr>
          <w:p>
            <w:r>
              <w:rPr>
                <w:b/>
                <w:sz w:val="20"/>
              </w:rPr>
              <w:t>Rayon d'intervention (km)</w:t>
            </w:r>
          </w:p>
          <w:p>
            <w:r>
              <w:rPr>
                <w:i/>
                <w:color w:val="6E6960"/>
                <w:sz w:val="16"/>
              </w:rPr>
              <w:t>ex. 30 : distance autour de votre adresse</w:t>
            </w:r>
          </w:p>
        </w:tc>
        <w:tc>
          <w:tcPr>
            <w:tcW w:type="dxa" w:w="6180"/>
            <w:shd w:val="clear" w:color="auto" w:fill="F1F2F3"/>
          </w:tcPr>
          <w:p>
            <w:r>
              <w:rPr>
                <w:b w:val="0"/>
                <w:sz w:val="20"/>
              </w:rPr>
            </w:r>
          </w:p>
        </w:tc>
      </w:tr>
      <w:tr>
        <w:tc>
          <w:tcPr>
            <w:tcW w:type="dxa" w:w="3685"/>
          </w:tcPr>
          <w:p>
            <w:r>
              <w:rPr>
                <w:b/>
                <w:sz w:val="20"/>
              </w:rPr>
              <w:t>Moyens de paiement acceptés</w:t>
            </w:r>
          </w:p>
          <w:p>
            <w:r>
              <w:rPr>
                <w:i/>
                <w:color w:val="6E6960"/>
                <w:sz w:val="16"/>
              </w:rPr>
              <w:t>séparés par des virgules : virement, chèque, carte bancaire…</w:t>
            </w:r>
          </w:p>
        </w:tc>
        <w:tc>
          <w:tcPr>
            <w:tcW w:type="dxa" w:w="6180"/>
            <w:shd w:val="clear" w:color="auto" w:fill="F1F2F3"/>
          </w:tcPr>
          <w:p>
            <w:r>
              <w:rPr>
                <w:b w:val="0"/>
                <w:sz w:val="20"/>
              </w:rPr>
            </w:r>
          </w:p>
        </w:tc>
      </w:tr>
    </w:tbl>
    <w:p/>
    <w:p>
      <w:pPr>
        <w:pStyle w:val="Heading2"/>
      </w:pPr>
      <w:r>
        <w:rPr>
          <w:color w:val="C2410C"/>
        </w:rPr>
        <w:t>3. Vos certifications et vos engagements</w:t>
      </w:r>
    </w:p>
    <w:p>
      <w:r>
        <w:rPr>
          <w:sz w:val="20"/>
        </w:rPr>
        <w:t>Vos qualifications et assurances, mises en avant sur le site (RGE Qualibat ou Qualit'EnR, garantie décennale, label d'un fabricant…). Indiquez le domaine de travaux couvert et, pour la décennale, votre assureur.</w:t>
      </w:r>
    </w:p>
    <w:tbl>
      <w:tblPr>
        <w:tblStyle w:val="TableGrid"/>
        <w:tblW w:type="dxa" w:w="9865"/>
        <w:jc w:val="center"/>
        <w:tblLayout w:type="fixed"/>
        <w:tblLook w:firstColumn="1" w:firstRow="1" w:lastColumn="0" w:lastRow="0" w:noHBand="0" w:noVBand="1" w:val="04A0"/>
      </w:tblPr>
      <w:tblGrid>
        <w:gridCol w:w="3402"/>
        <w:gridCol w:w="6463"/>
      </w:tblGrid>
      <w:tr>
        <w:tc>
          <w:tcPr>
            <w:tcW w:type="dxa" w:w="3402"/>
            <w:shd w:val="clear" w:color="auto" w:fill="2B3035"/>
          </w:tcPr>
          <w:p>
            <w:r>
              <w:rPr>
                <w:b/>
                <w:color w:val="FFFFFF"/>
                <w:sz w:val="18"/>
              </w:rPr>
              <w:t>Certification ou garantie</w:t>
            </w:r>
          </w:p>
        </w:tc>
        <w:tc>
          <w:tcPr>
            <w:tcW w:type="dxa" w:w="6463"/>
            <w:shd w:val="clear" w:color="auto" w:fill="2B3035"/>
          </w:tcPr>
          <w:p>
            <w:r>
              <w:rPr>
                <w:b/>
                <w:color w:val="FFFFFF"/>
                <w:sz w:val="18"/>
              </w:rPr>
              <w:t>Détail : domaine de travaux, organisme, assureur…</w:t>
            </w:r>
          </w:p>
        </w:tc>
      </w:tr>
      <w:tr>
        <w:tc>
          <w:tcPr>
            <w:tcW w:type="dxa" w:w="3402"/>
            <w:shd w:val="clear" w:color="auto" w:fill="F1F2F3"/>
          </w:tcPr>
          <w:p>
            <w:r>
              <w:rPr>
                <w:b w:val="0"/>
                <w:sz w:val="20"/>
              </w:rPr>
            </w:r>
          </w:p>
        </w:tc>
        <w:tc>
          <w:tcPr>
            <w:tcW w:type="dxa" w:w="6463"/>
            <w:shd w:val="clear" w:color="auto" w:fill="F1F2F3"/>
          </w:tcPr>
          <w:p>
            <w:r>
              <w:rPr>
                <w:b w:val="0"/>
                <w:sz w:val="20"/>
              </w:rPr>
            </w:r>
          </w:p>
        </w:tc>
      </w:tr>
      <w:tr>
        <w:tc>
          <w:tcPr>
            <w:tcW w:type="dxa" w:w="3402"/>
            <w:shd w:val="clear" w:color="auto" w:fill="F1F2F3"/>
          </w:tcPr>
          <w:p>
            <w:r>
              <w:rPr>
                <w:b w:val="0"/>
                <w:sz w:val="20"/>
              </w:rPr>
            </w:r>
          </w:p>
        </w:tc>
        <w:tc>
          <w:tcPr>
            <w:tcW w:type="dxa" w:w="6463"/>
            <w:shd w:val="clear" w:color="auto" w:fill="F1F2F3"/>
          </w:tcPr>
          <w:p>
            <w:r>
              <w:rPr>
                <w:b w:val="0"/>
                <w:sz w:val="20"/>
              </w:rPr>
            </w:r>
          </w:p>
        </w:tc>
      </w:tr>
      <w:tr>
        <w:tc>
          <w:tcPr>
            <w:tcW w:type="dxa" w:w="3402"/>
            <w:shd w:val="clear" w:color="auto" w:fill="F1F2F3"/>
          </w:tcPr>
          <w:p>
            <w:r>
              <w:rPr>
                <w:b w:val="0"/>
                <w:sz w:val="20"/>
              </w:rPr>
            </w:r>
          </w:p>
        </w:tc>
        <w:tc>
          <w:tcPr>
            <w:tcW w:type="dxa" w:w="6463"/>
            <w:shd w:val="clear" w:color="auto" w:fill="F1F2F3"/>
          </w:tcPr>
          <w:p>
            <w:r>
              <w:rPr>
                <w:b w:val="0"/>
                <w:sz w:val="20"/>
              </w:rPr>
            </w:r>
          </w:p>
        </w:tc>
      </w:tr>
      <w:tr>
        <w:tc>
          <w:tcPr>
            <w:tcW w:type="dxa" w:w="3402"/>
            <w:shd w:val="clear" w:color="auto" w:fill="F1F2F3"/>
          </w:tcPr>
          <w:p>
            <w:r>
              <w:rPr>
                <w:b w:val="0"/>
                <w:sz w:val="20"/>
              </w:rPr>
            </w:r>
          </w:p>
        </w:tc>
        <w:tc>
          <w:tcPr>
            <w:tcW w:type="dxa" w:w="6463"/>
            <w:shd w:val="clear" w:color="auto" w:fill="F1F2F3"/>
          </w:tcPr>
          <w:p>
            <w:r>
              <w:rPr>
                <w:b w:val="0"/>
                <w:sz w:val="20"/>
              </w:rPr>
            </w:r>
          </w:p>
        </w:tc>
      </w:tr>
    </w:tbl>
    <w:p/>
    <w:p>
      <w:r>
        <w:rPr>
          <w:sz w:val="20"/>
        </w:rPr>
        <w:t>Ce que vous garantissez à vos clients, en quelques mots (ex. « Devis gratuit sous 48 h », « Chantier propre », « Pose par notre propre équipe ») :</w:t>
      </w:r>
    </w:p>
    <w:tbl>
      <w:tblPr>
        <w:tblStyle w:val="TableGrid"/>
        <w:tblW w:type="dxa" w:w="9865"/>
        <w:jc w:val="center"/>
        <w:tblLayout w:type="fixed"/>
        <w:tblLook w:firstColumn="1" w:firstRow="1" w:lastColumn="0" w:lastRow="0" w:noHBand="0" w:noVBand="1" w:val="04A0"/>
      </w:tblPr>
      <w:tblGrid>
        <w:gridCol w:w="3061"/>
        <w:gridCol w:w="6803"/>
      </w:tblGrid>
      <w:tr>
        <w:tc>
          <w:tcPr>
            <w:tcW w:type="dxa" w:w="3061"/>
            <w:shd w:val="clear" w:color="auto" w:fill="2B3035"/>
          </w:tcPr>
          <w:p>
            <w:r>
              <w:rPr>
                <w:b/>
                <w:color w:val="FFFFFF"/>
                <w:sz w:val="18"/>
              </w:rPr>
              <w:t>Engagement</w:t>
            </w:r>
          </w:p>
        </w:tc>
        <w:tc>
          <w:tcPr>
            <w:tcW w:type="dxa" w:w="6803"/>
            <w:shd w:val="clear" w:color="auto" w:fill="2B3035"/>
          </w:tcPr>
          <w:p>
            <w:r>
              <w:rPr>
                <w:b/>
                <w:color w:val="FFFFFF"/>
                <w:sz w:val="18"/>
              </w:rPr>
              <w:t>En une phrase</w:t>
            </w:r>
          </w:p>
        </w:tc>
      </w:tr>
      <w:tr>
        <w:tc>
          <w:tcPr>
            <w:tcW w:type="dxa" w:w="3061"/>
            <w:shd w:val="clear" w:color="auto" w:fill="F1F2F3"/>
          </w:tcPr>
          <w:p>
            <w:r>
              <w:rPr>
                <w:b w:val="0"/>
                <w:sz w:val="20"/>
              </w:rPr>
            </w:r>
          </w:p>
        </w:tc>
        <w:tc>
          <w:tcPr>
            <w:tcW w:type="dxa" w:w="6803"/>
            <w:shd w:val="clear" w:color="auto" w:fill="F1F2F3"/>
          </w:tcPr>
          <w:p>
            <w:r>
              <w:rPr>
                <w:b w:val="0"/>
                <w:sz w:val="20"/>
              </w:rPr>
            </w:r>
          </w:p>
        </w:tc>
      </w:tr>
      <w:tr>
        <w:tc>
          <w:tcPr>
            <w:tcW w:type="dxa" w:w="3061"/>
            <w:shd w:val="clear" w:color="auto" w:fill="F1F2F3"/>
          </w:tcPr>
          <w:p>
            <w:r>
              <w:rPr>
                <w:b w:val="0"/>
                <w:sz w:val="20"/>
              </w:rPr>
            </w:r>
          </w:p>
        </w:tc>
        <w:tc>
          <w:tcPr>
            <w:tcW w:type="dxa" w:w="6803"/>
            <w:shd w:val="clear" w:color="auto" w:fill="F1F2F3"/>
          </w:tcPr>
          <w:p>
            <w:r>
              <w:rPr>
                <w:b w:val="0"/>
                <w:sz w:val="20"/>
              </w:rPr>
            </w:r>
          </w:p>
        </w:tc>
      </w:tr>
      <w:tr>
        <w:tc>
          <w:tcPr>
            <w:tcW w:type="dxa" w:w="3061"/>
            <w:shd w:val="clear" w:color="auto" w:fill="F1F2F3"/>
          </w:tcPr>
          <w:p>
            <w:r>
              <w:rPr>
                <w:b w:val="0"/>
                <w:sz w:val="20"/>
              </w:rPr>
            </w:r>
          </w:p>
        </w:tc>
        <w:tc>
          <w:tcPr>
            <w:tcW w:type="dxa" w:w="6803"/>
            <w:shd w:val="clear" w:color="auto" w:fill="F1F2F3"/>
          </w:tcPr>
          <w:p>
            <w:r>
              <w:rPr>
                <w:b w:val="0"/>
                <w:sz w:val="20"/>
              </w:rPr>
            </w:r>
          </w:p>
        </w:tc>
      </w:tr>
      <w:tr>
        <w:tc>
          <w:tcPr>
            <w:tcW w:type="dxa" w:w="3061"/>
            <w:shd w:val="clear" w:color="auto" w:fill="F1F2F3"/>
          </w:tcPr>
          <w:p>
            <w:r>
              <w:rPr>
                <w:b w:val="0"/>
                <w:sz w:val="20"/>
              </w:rPr>
            </w:r>
          </w:p>
        </w:tc>
        <w:tc>
          <w:tcPr>
            <w:tcW w:type="dxa" w:w="6803"/>
            <w:shd w:val="clear" w:color="auto" w:fill="F1F2F3"/>
          </w:tcPr>
          <w:p>
            <w:r>
              <w:rPr>
                <w:b w:val="0"/>
                <w:sz w:val="20"/>
              </w:rPr>
            </w:r>
          </w:p>
        </w:tc>
      </w:tr>
    </w:tbl>
    <w:p/>
    <w:p>
      <w:pPr>
        <w:pStyle w:val="Heading2"/>
      </w:pPr>
      <w:r>
        <w:rPr>
          <w:color w:val="C2410C"/>
        </w:rPr>
        <w:t>4. Vos horaires</w:t>
      </w:r>
    </w:p>
    <w:p>
      <w:r>
        <w:rPr>
          <w:sz w:val="20"/>
        </w:rPr>
        <w:t>Écrivez « fermé » ou « sur rendez-vous » si besoin. Exemple : 8h–18h en continu ; si vous fermez le midi, notez le matin dans « Horaires » (8h–12h) et l'après-midi dans « Après la pause » (13h30–18h).</w:t>
      </w:r>
    </w:p>
    <w:tbl>
      <w:tblPr>
        <w:tblStyle w:val="TableGrid"/>
        <w:tblW w:type="dxa" w:w="9865"/>
        <w:jc w:val="center"/>
        <w:tblLayout w:type="fixed"/>
        <w:tblLook w:firstColumn="1" w:firstRow="1" w:lastColumn="0" w:lastRow="0" w:noHBand="0" w:noVBand="1" w:val="04A0"/>
      </w:tblPr>
      <w:tblGrid>
        <w:gridCol w:w="2494"/>
        <w:gridCol w:w="3685"/>
        <w:gridCol w:w="3685"/>
      </w:tblGrid>
      <w:tr>
        <w:tc>
          <w:tcPr>
            <w:tcW w:type="dxa" w:w="2494"/>
            <w:shd w:val="clear" w:color="auto" w:fill="2B3035"/>
          </w:tcPr>
          <w:p>
            <w:r>
              <w:rPr>
                <w:b/>
                <w:color w:val="FFFFFF"/>
                <w:sz w:val="18"/>
              </w:rPr>
              <w:t>Jour</w:t>
            </w:r>
          </w:p>
        </w:tc>
        <w:tc>
          <w:tcPr>
            <w:tcW w:type="dxa" w:w="3685"/>
            <w:shd w:val="clear" w:color="auto" w:fill="2B3035"/>
          </w:tcPr>
          <w:p>
            <w:r>
              <w:rPr>
                <w:b/>
                <w:color w:val="FFFFFF"/>
                <w:sz w:val="18"/>
              </w:rPr>
              <w:t>Horaires</w:t>
            </w:r>
          </w:p>
        </w:tc>
        <w:tc>
          <w:tcPr>
            <w:tcW w:type="dxa" w:w="3685"/>
            <w:shd w:val="clear" w:color="auto" w:fill="2B3035"/>
          </w:tcPr>
          <w:p>
            <w:r>
              <w:rPr>
                <w:b/>
                <w:color w:val="FFFFFF"/>
                <w:sz w:val="18"/>
              </w:rPr>
              <w:t>Après la pause</w:t>
            </w:r>
          </w:p>
        </w:tc>
      </w:tr>
      <w:tr>
        <w:tc>
          <w:tcPr>
            <w:tcW w:type="dxa" w:w="2494"/>
          </w:tcPr>
          <w:p>
            <w:r>
              <w:rPr>
                <w:b/>
                <w:sz w:val="20"/>
              </w:rPr>
              <w:t>Lundi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Mardi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Mercredi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Jeudi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Vendredi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Samedi</w:t>
            </w:r>
          </w:p>
        </w:tc>
        <w:tc>
          <w:tcPr>
            <w:tcW w:type="dxa" w:w="3685"/>
            <w:shd w:val="clear" w:color="auto" w:fill="F1F2F3"/>
          </w:tcPr>
          <w:p>
            <w:r>
              <w:rPr>
                <w:b w:val="0"/>
                <w:sz w:val="20"/>
              </w:rPr>
            </w:r>
          </w:p>
        </w:tc>
        <w:tc>
          <w:tcPr>
            <w:tcW w:type="dxa" w:w="3685"/>
            <w:shd w:val="clear" w:color="auto" w:fill="F1F2F3"/>
          </w:tcPr>
          <w:p>
            <w:r>
              <w:rPr>
                <w:b w:val="0"/>
                <w:sz w:val="20"/>
              </w:rPr>
            </w:r>
          </w:p>
        </w:tc>
      </w:tr>
      <w:tr>
        <w:tc>
          <w:tcPr>
            <w:tcW w:type="dxa" w:w="2494"/>
          </w:tcPr>
          <w:p>
            <w:r>
              <w:rPr>
                <w:b/>
                <w:sz w:val="20"/>
              </w:rPr>
              <w:t>Dimanche</w:t>
            </w:r>
          </w:p>
        </w:tc>
        <w:tc>
          <w:tcPr>
            <w:tcW w:type="dxa" w:w="3685"/>
            <w:shd w:val="clear" w:color="auto" w:fill="F1F2F3"/>
          </w:tcPr>
          <w:p>
            <w:r>
              <w:rPr>
                <w:b w:val="0"/>
                <w:sz w:val="20"/>
              </w:rPr>
            </w:r>
          </w:p>
        </w:tc>
        <w:tc>
          <w:tcPr>
            <w:tcW w:type="dxa" w:w="3685"/>
            <w:shd w:val="clear" w:color="auto" w:fill="F1F2F3"/>
          </w:tcPr>
          <w:p>
            <w:r>
              <w:rPr>
                <w:b w:val="0"/>
                <w:sz w:val="20"/>
              </w:rPr>
            </w:r>
          </w:p>
        </w:tc>
      </w:tr>
    </w:tbl>
    <w:p/>
    <w:p>
      <w:r>
        <w:br w:type="page"/>
      </w:r>
    </w:p>
    <w:p>
      <w:pPr>
        <w:pStyle w:val="Heading2"/>
      </w:pPr>
      <w:r>
        <w:rPr>
          <w:color w:val="C2410C"/>
        </w:rPr>
        <w:t>5. Vos services</w:t>
      </w:r>
    </w:p>
    <w:p>
      <w:r>
        <w:rPr>
          <w:sz w:val="20"/>
        </w:rPr>
        <w:t>Une ligne par service. La catégorie (Combles, Murs, Fenêtres, Portes, Volets…) peut n'être écrite qu'une fois : les lignes suivantes sans catégorie sont rangées dedans. Prix « à partir de » comme vous l'annoncez à vos clients (ex. 25 €/m², 790 € posée, sur devis) ; durée indicative du chantier (ex. 1 journée, 2 à 4 semaines).</w:t>
      </w:r>
    </w:p>
    <w:tbl>
      <w:tblPr>
        <w:tblStyle w:val="TableGrid"/>
        <w:tblW w:type="dxa" w:w="9865"/>
        <w:jc w:val="center"/>
        <w:tblLayout w:type="fixed"/>
        <w:tblLook w:firstColumn="1" w:firstRow="1" w:lastColumn="0" w:lastRow="0" w:noHBand="0" w:noVBand="1" w:val="04A0"/>
      </w:tblPr>
      <w:tblGrid>
        <w:gridCol w:w="1701"/>
        <w:gridCol w:w="2381"/>
        <w:gridCol w:w="2835"/>
        <w:gridCol w:w="1587"/>
        <w:gridCol w:w="1361"/>
      </w:tblGrid>
      <w:tr>
        <w:tc>
          <w:tcPr>
            <w:tcW w:type="dxa" w:w="1701"/>
            <w:shd w:val="clear" w:color="auto" w:fill="2B3035"/>
          </w:tcPr>
          <w:p>
            <w:r>
              <w:rPr>
                <w:b/>
                <w:color w:val="FFFFFF"/>
                <w:sz w:val="18"/>
              </w:rPr>
              <w:t>Catégorie</w:t>
            </w:r>
          </w:p>
        </w:tc>
        <w:tc>
          <w:tcPr>
            <w:tcW w:type="dxa" w:w="2381"/>
            <w:shd w:val="clear" w:color="auto" w:fill="2B3035"/>
          </w:tcPr>
          <w:p>
            <w:r>
              <w:rPr>
                <w:b/>
                <w:color w:val="FFFFFF"/>
                <w:sz w:val="18"/>
              </w:rPr>
              <w:t>Service</w:t>
            </w:r>
          </w:p>
        </w:tc>
        <w:tc>
          <w:tcPr>
            <w:tcW w:type="dxa" w:w="2835"/>
            <w:shd w:val="clear" w:color="auto" w:fill="2B3035"/>
          </w:tcPr>
          <w:p>
            <w:r>
              <w:rPr>
                <w:b/>
                <w:color w:val="FFFFFF"/>
                <w:sz w:val="18"/>
              </w:rPr>
              <w:t>Description</w:t>
            </w:r>
          </w:p>
        </w:tc>
        <w:tc>
          <w:tcPr>
            <w:tcW w:type="dxa" w:w="1587"/>
            <w:shd w:val="clear" w:color="auto" w:fill="2B3035"/>
          </w:tcPr>
          <w:p>
            <w:r>
              <w:rPr>
                <w:b/>
                <w:color w:val="FFFFFF"/>
                <w:sz w:val="18"/>
              </w:rPr>
              <w:t>Prix « à partir de »</w:t>
            </w:r>
          </w:p>
        </w:tc>
        <w:tc>
          <w:tcPr>
            <w:tcW w:type="dxa" w:w="1361"/>
            <w:shd w:val="clear" w:color="auto" w:fill="2B3035"/>
          </w:tcPr>
          <w:p>
            <w:r>
              <w:rPr>
                <w:b/>
                <w:color w:val="FFFFFF"/>
                <w:sz w:val="18"/>
              </w:rPr>
              <w:t>Durée indicative</w:t>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r>
        <w:tc>
          <w:tcPr>
            <w:tcW w:type="dxa" w:w="1701"/>
            <w:shd w:val="clear" w:color="auto" w:fill="F1F2F3"/>
          </w:tcPr>
          <w:p>
            <w:r>
              <w:rPr>
                <w:b w:val="0"/>
                <w:sz w:val="20"/>
              </w:rPr>
            </w:r>
          </w:p>
        </w:tc>
        <w:tc>
          <w:tcPr>
            <w:tcW w:type="dxa" w:w="2381"/>
            <w:shd w:val="clear" w:color="auto" w:fill="F1F2F3"/>
          </w:tcPr>
          <w:p>
            <w:r>
              <w:rPr>
                <w:b w:val="0"/>
                <w:sz w:val="20"/>
              </w:rPr>
            </w:r>
          </w:p>
        </w:tc>
        <w:tc>
          <w:tcPr>
            <w:tcW w:type="dxa" w:w="2835"/>
            <w:shd w:val="clear" w:color="auto" w:fill="F1F2F3"/>
          </w:tcPr>
          <w:p>
            <w:r>
              <w:rPr>
                <w:b w:val="0"/>
                <w:sz w:val="20"/>
              </w:rPr>
            </w:r>
          </w:p>
        </w:tc>
        <w:tc>
          <w:tcPr>
            <w:tcW w:type="dxa" w:w="1587"/>
            <w:shd w:val="clear" w:color="auto" w:fill="F1F2F3"/>
          </w:tcPr>
          <w:p>
            <w:r>
              <w:rPr>
                <w:b w:val="0"/>
                <w:sz w:val="20"/>
              </w:rPr>
            </w:r>
          </w:p>
        </w:tc>
        <w:tc>
          <w:tcPr>
            <w:tcW w:type="dxa" w:w="1361"/>
            <w:shd w:val="clear" w:color="auto" w:fill="F1F2F3"/>
          </w:tcPr>
          <w:p>
            <w:r>
              <w:rPr>
                <w:b w:val="0"/>
                <w:sz w:val="20"/>
              </w:rPr>
            </w:r>
          </w:p>
        </w:tc>
      </w:tr>
    </w:tbl>
    <w:p/>
    <w:p>
      <w:r>
        <w:rPr>
          <w:sz w:val="20"/>
        </w:rPr>
        <w:t>Vos 2 ou 3 services phares, mis en avant en haut du site (ils doivent figurer dans le tableau ci-dessus) :</w:t>
      </w:r>
    </w:p>
    <w:tbl>
      <w:tblPr>
        <w:tblStyle w:val="TableGrid"/>
        <w:tblW w:type="dxa" w:w="9865"/>
        <w:jc w:val="center"/>
        <w:tblLayout w:type="fixed"/>
        <w:tblLook w:firstColumn="1" w:firstRow="1" w:lastColumn="0" w:lastRow="0" w:noHBand="0" w:noVBand="1" w:val="04A0"/>
      </w:tblPr>
      <w:tblGrid>
        <w:gridCol w:w="794"/>
        <w:gridCol w:w="9071"/>
      </w:tblGrid>
      <w:tr>
        <w:tc>
          <w:tcPr>
            <w:tcW w:type="dxa" w:w="794"/>
            <w:shd w:val="clear" w:color="auto" w:fill="2B3035"/>
          </w:tcPr>
          <w:p>
            <w:r>
              <w:rPr>
                <w:b/>
                <w:color w:val="FFFFFF"/>
                <w:sz w:val="18"/>
              </w:rPr>
              <w:t>N°</w:t>
            </w:r>
          </w:p>
        </w:tc>
        <w:tc>
          <w:tcPr>
            <w:tcW w:type="dxa" w:w="9071"/>
            <w:shd w:val="clear" w:color="auto" w:fill="2B3035"/>
          </w:tcPr>
          <w:p>
            <w:r>
              <w:rPr>
                <w:b/>
                <w:color w:val="FFFFFF"/>
                <w:sz w:val="18"/>
              </w:rPr>
              <w:t>Service mis en avant</w:t>
            </w:r>
          </w:p>
        </w:tc>
      </w:tr>
      <w:tr>
        <w:tc>
          <w:tcPr>
            <w:tcW w:type="dxa" w:w="794"/>
          </w:tcPr>
          <w:p>
            <w:r>
              <w:rPr>
                <w:b/>
                <w:sz w:val="20"/>
              </w:rPr>
              <w:t>1</w:t>
            </w:r>
          </w:p>
        </w:tc>
        <w:tc>
          <w:tcPr>
            <w:tcW w:type="dxa" w:w="9071"/>
            <w:shd w:val="clear" w:color="auto" w:fill="F1F2F3"/>
          </w:tcPr>
          <w:p>
            <w:r>
              <w:rPr>
                <w:b w:val="0"/>
                <w:sz w:val="20"/>
              </w:rPr>
            </w:r>
          </w:p>
        </w:tc>
      </w:tr>
      <w:tr>
        <w:tc>
          <w:tcPr>
            <w:tcW w:type="dxa" w:w="794"/>
          </w:tcPr>
          <w:p>
            <w:r>
              <w:rPr>
                <w:b/>
                <w:sz w:val="20"/>
              </w:rPr>
              <w:t>2</w:t>
            </w:r>
          </w:p>
        </w:tc>
        <w:tc>
          <w:tcPr>
            <w:tcW w:type="dxa" w:w="9071"/>
            <w:shd w:val="clear" w:color="auto" w:fill="F1F2F3"/>
          </w:tcPr>
          <w:p>
            <w:r>
              <w:rPr>
                <w:b w:val="0"/>
                <w:sz w:val="20"/>
              </w:rPr>
            </w:r>
          </w:p>
        </w:tc>
      </w:tr>
      <w:tr>
        <w:tc>
          <w:tcPr>
            <w:tcW w:type="dxa" w:w="794"/>
          </w:tcPr>
          <w:p>
            <w:r>
              <w:rPr>
                <w:b/>
                <w:sz w:val="20"/>
              </w:rPr>
              <w:t>3</w:t>
            </w:r>
          </w:p>
        </w:tc>
        <w:tc>
          <w:tcPr>
            <w:tcW w:type="dxa" w:w="9071"/>
            <w:shd w:val="clear" w:color="auto" w:fill="F1F2F3"/>
          </w:tcPr>
          <w:p>
            <w:r>
              <w:rPr>
                <w:b w:val="0"/>
                <w:sz w:val="20"/>
              </w:rPr>
            </w:r>
          </w:p>
        </w:tc>
      </w:tr>
    </w:tbl>
    <w:p/>
    <w:p>
      <w:pPr>
        <w:pStyle w:val="Heading2"/>
      </w:pPr>
      <w:r>
        <w:rPr>
          <w:color w:val="C2410C"/>
        </w:rPr>
        <w:t>6. Vos demandes de devis</w:t>
      </w:r>
    </w:p>
    <w:p>
      <w:r>
        <w:rPr>
          <w:sz w:val="20"/>
        </w:rPr>
        <w:t>Formules Devis en ligne et Premium : vos clients décrivent leurs travaux dans un formulaire guidé et vous envoient des photos ; vous recevez tout par email.</w:t>
      </w:r>
    </w:p>
    <w:tbl>
      <w:tblPr>
        <w:tblStyle w:val="TableGrid"/>
        <w:tblW w:type="dxa" w:w="9865"/>
        <w:jc w:val="center"/>
        <w:tblLayout w:type="fixed"/>
        <w:tblLook w:firstColumn="1" w:firstRow="1" w:lastColumn="0" w:lastRow="0" w:noHBand="0" w:noVBand="1" w:val="04A0"/>
      </w:tblPr>
      <w:tblGrid>
        <w:gridCol w:w="3685"/>
        <w:gridCol w:w="6180"/>
      </w:tblGrid>
      <w:tr>
        <w:tc>
          <w:tcPr>
            <w:tcW w:type="dxa" w:w="3685"/>
            <w:shd w:val="clear" w:color="auto" w:fill="2B3035"/>
          </w:tcPr>
          <w:p>
            <w:r>
              <w:rPr>
                <w:b/>
                <w:color w:val="FFFFFF"/>
                <w:sz w:val="18"/>
              </w:rPr>
              <w:t>Information</w:t>
            </w:r>
          </w:p>
        </w:tc>
        <w:tc>
          <w:tcPr>
            <w:tcW w:type="dxa" w:w="6180"/>
            <w:shd w:val="clear" w:color="auto" w:fill="2B3035"/>
          </w:tcPr>
          <w:p>
            <w:r>
              <w:rPr>
                <w:b/>
                <w:color w:val="FFFFFF"/>
                <w:sz w:val="18"/>
              </w:rPr>
              <w:t>Votre réponse</w:t>
            </w:r>
          </w:p>
        </w:tc>
      </w:tr>
      <w:tr>
        <w:tc>
          <w:tcPr>
            <w:tcW w:type="dxa" w:w="3685"/>
          </w:tcPr>
          <w:p>
            <w:r>
              <w:rPr>
                <w:b/>
                <w:sz w:val="20"/>
              </w:rPr>
              <w:t>Devis gratuit</w:t>
            </w:r>
          </w:p>
          <w:p>
            <w:r>
              <w:rPr>
                <w:i/>
                <w:color w:val="6E6960"/>
                <w:sz w:val="16"/>
              </w:rPr>
              <w:t>oui / non</w:t>
            </w:r>
          </w:p>
        </w:tc>
        <w:tc>
          <w:tcPr>
            <w:tcW w:type="dxa" w:w="6180"/>
            <w:shd w:val="clear" w:color="auto" w:fill="F1F2F3"/>
          </w:tcPr>
          <w:p>
            <w:r>
              <w:rPr>
                <w:b w:val="0"/>
                <w:sz w:val="20"/>
              </w:rPr>
            </w:r>
          </w:p>
        </w:tc>
      </w:tr>
      <w:tr>
        <w:tc>
          <w:tcPr>
            <w:tcW w:type="dxa" w:w="3685"/>
          </w:tcPr>
          <w:p>
            <w:r>
              <w:rPr>
                <w:b/>
                <w:sz w:val="20"/>
              </w:rPr>
              <w:t>Délai de réponse à une demande (heures)</w:t>
            </w:r>
          </w:p>
          <w:p>
            <w:r>
              <w:rPr>
                <w:i/>
                <w:color w:val="6E6960"/>
                <w:sz w:val="16"/>
              </w:rPr>
              <w:t>ex. 48 : affiché sur le site</w:t>
            </w:r>
          </w:p>
        </w:tc>
        <w:tc>
          <w:tcPr>
            <w:tcW w:type="dxa" w:w="6180"/>
            <w:shd w:val="clear" w:color="auto" w:fill="F1F2F3"/>
          </w:tcPr>
          <w:p>
            <w:r>
              <w:rPr>
                <w:b w:val="0"/>
                <w:sz w:val="20"/>
              </w:rPr>
            </w:r>
          </w:p>
        </w:tc>
      </w:tr>
      <w:tr>
        <w:tc>
          <w:tcPr>
            <w:tcW w:type="dxa" w:w="3685"/>
          </w:tcPr>
          <w:p>
            <w:r>
              <w:rPr>
                <w:b/>
                <w:sz w:val="20"/>
              </w:rPr>
              <w:t>Quantité demandée au client</w:t>
            </w:r>
          </w:p>
          <w:p>
            <w:r>
              <w:rPr>
                <w:i/>
                <w:color w:val="6E6960"/>
                <w:sz w:val="16"/>
              </w:rPr>
              <w:t>ex. Surface approximative (m²), Nombre de menuiseries</w:t>
            </w:r>
          </w:p>
        </w:tc>
        <w:tc>
          <w:tcPr>
            <w:tcW w:type="dxa" w:w="6180"/>
            <w:shd w:val="clear" w:color="auto" w:fill="F1F2F3"/>
          </w:tcPr>
          <w:p>
            <w:r>
              <w:rPr>
                <w:b w:val="0"/>
                <w:sz w:val="20"/>
              </w:rPr>
            </w:r>
          </w:p>
        </w:tc>
      </w:tr>
      <w:tr>
        <w:tc>
          <w:tcPr>
            <w:tcW w:type="dxa" w:w="3685"/>
          </w:tcPr>
          <w:p>
            <w:r>
              <w:rPr>
                <w:b/>
                <w:sz w:val="20"/>
              </w:rPr>
              <w:t>Types de logement</w:t>
            </w:r>
          </w:p>
          <w:p>
            <w:r>
              <w:rPr>
                <w:i/>
                <w:color w:val="6E6960"/>
                <w:sz w:val="16"/>
              </w:rPr>
              <w:t>séparés par des virgules, ex. Maison, Appartement, Local professionnel</w:t>
            </w:r>
          </w:p>
        </w:tc>
        <w:tc>
          <w:tcPr>
            <w:tcW w:type="dxa" w:w="6180"/>
            <w:shd w:val="clear" w:color="auto" w:fill="F1F2F3"/>
          </w:tcPr>
          <w:p>
            <w:r>
              <w:rPr>
                <w:b w:val="0"/>
                <w:sz w:val="20"/>
              </w:rPr>
            </w:r>
          </w:p>
        </w:tc>
      </w:tr>
    </w:tbl>
    <w:p/>
    <w:p>
      <w:r>
        <w:rPr>
          <w:sz w:val="20"/>
        </w:rPr>
        <w:t>Les types de travaux que le client choisit dans le formulaire (« Autre » est ajouté automatiquement) :</w:t>
      </w:r>
    </w:p>
    <w:tbl>
      <w:tblPr>
        <w:tblStyle w:val="TableGrid"/>
        <w:tblW w:type="dxa" w:w="9865"/>
        <w:jc w:val="center"/>
        <w:tblLayout w:type="fixed"/>
        <w:tblLook w:firstColumn="1" w:firstRow="1" w:lastColumn="0" w:lastRow="0" w:noHBand="0" w:noVBand="1" w:val="04A0"/>
      </w:tblPr>
      <w:tblGrid>
        <w:gridCol w:w="794"/>
        <w:gridCol w:w="9071"/>
      </w:tblGrid>
      <w:tr>
        <w:tc>
          <w:tcPr>
            <w:tcW w:type="dxa" w:w="794"/>
            <w:shd w:val="clear" w:color="auto" w:fill="2B3035"/>
          </w:tcPr>
          <w:p>
            <w:r>
              <w:rPr>
                <w:b/>
                <w:color w:val="FFFFFF"/>
                <w:sz w:val="18"/>
              </w:rPr>
              <w:t>N°</w:t>
            </w:r>
          </w:p>
        </w:tc>
        <w:tc>
          <w:tcPr>
            <w:tcW w:type="dxa" w:w="9071"/>
            <w:shd w:val="clear" w:color="auto" w:fill="2B3035"/>
          </w:tcPr>
          <w:p>
            <w:r>
              <w:rPr>
                <w:b/>
                <w:color w:val="FFFFFF"/>
                <w:sz w:val="18"/>
              </w:rPr>
              <w:t>Type de travaux proposé dans le formulaire</w:t>
            </w:r>
          </w:p>
        </w:tc>
      </w:tr>
      <w:tr>
        <w:tc>
          <w:tcPr>
            <w:tcW w:type="dxa" w:w="794"/>
          </w:tcPr>
          <w:p>
            <w:r>
              <w:rPr>
                <w:b/>
                <w:sz w:val="20"/>
              </w:rPr>
              <w:t>1</w:t>
            </w:r>
          </w:p>
        </w:tc>
        <w:tc>
          <w:tcPr>
            <w:tcW w:type="dxa" w:w="9071"/>
            <w:shd w:val="clear" w:color="auto" w:fill="F1F2F3"/>
          </w:tcPr>
          <w:p>
            <w:r>
              <w:rPr>
                <w:b w:val="0"/>
                <w:sz w:val="20"/>
              </w:rPr>
            </w:r>
          </w:p>
        </w:tc>
      </w:tr>
      <w:tr>
        <w:tc>
          <w:tcPr>
            <w:tcW w:type="dxa" w:w="794"/>
          </w:tcPr>
          <w:p>
            <w:r>
              <w:rPr>
                <w:b/>
                <w:sz w:val="20"/>
              </w:rPr>
              <w:t>2</w:t>
            </w:r>
          </w:p>
        </w:tc>
        <w:tc>
          <w:tcPr>
            <w:tcW w:type="dxa" w:w="9071"/>
            <w:shd w:val="clear" w:color="auto" w:fill="F1F2F3"/>
          </w:tcPr>
          <w:p>
            <w:r>
              <w:rPr>
                <w:b w:val="0"/>
                <w:sz w:val="20"/>
              </w:rPr>
            </w:r>
          </w:p>
        </w:tc>
      </w:tr>
      <w:tr>
        <w:tc>
          <w:tcPr>
            <w:tcW w:type="dxa" w:w="794"/>
          </w:tcPr>
          <w:p>
            <w:r>
              <w:rPr>
                <w:b/>
                <w:sz w:val="20"/>
              </w:rPr>
              <w:t>3</w:t>
            </w:r>
          </w:p>
        </w:tc>
        <w:tc>
          <w:tcPr>
            <w:tcW w:type="dxa" w:w="9071"/>
            <w:shd w:val="clear" w:color="auto" w:fill="F1F2F3"/>
          </w:tcPr>
          <w:p>
            <w:r>
              <w:rPr>
                <w:b w:val="0"/>
                <w:sz w:val="20"/>
              </w:rPr>
            </w:r>
          </w:p>
        </w:tc>
      </w:tr>
      <w:tr>
        <w:tc>
          <w:tcPr>
            <w:tcW w:type="dxa" w:w="794"/>
          </w:tcPr>
          <w:p>
            <w:r>
              <w:rPr>
                <w:b/>
                <w:sz w:val="20"/>
              </w:rPr>
              <w:t>4</w:t>
            </w:r>
          </w:p>
        </w:tc>
        <w:tc>
          <w:tcPr>
            <w:tcW w:type="dxa" w:w="9071"/>
            <w:shd w:val="clear" w:color="auto" w:fill="F1F2F3"/>
          </w:tcPr>
          <w:p>
            <w:r>
              <w:rPr>
                <w:b w:val="0"/>
                <w:sz w:val="20"/>
              </w:rPr>
            </w:r>
          </w:p>
        </w:tc>
      </w:tr>
      <w:tr>
        <w:tc>
          <w:tcPr>
            <w:tcW w:type="dxa" w:w="794"/>
          </w:tcPr>
          <w:p>
            <w:r>
              <w:rPr>
                <w:b/>
                <w:sz w:val="20"/>
              </w:rPr>
              <w:t>5</w:t>
            </w:r>
          </w:p>
        </w:tc>
        <w:tc>
          <w:tcPr>
            <w:tcW w:type="dxa" w:w="9071"/>
            <w:shd w:val="clear" w:color="auto" w:fill="F1F2F3"/>
          </w:tcPr>
          <w:p>
            <w:r>
              <w:rPr>
                <w:b w:val="0"/>
                <w:sz w:val="20"/>
              </w:rPr>
            </w:r>
          </w:p>
        </w:tc>
      </w:tr>
      <w:tr>
        <w:tc>
          <w:tcPr>
            <w:tcW w:type="dxa" w:w="794"/>
          </w:tcPr>
          <w:p>
            <w:r>
              <w:rPr>
                <w:b/>
                <w:sz w:val="20"/>
              </w:rPr>
              <w:t>6</w:t>
            </w:r>
          </w:p>
        </w:tc>
        <w:tc>
          <w:tcPr>
            <w:tcW w:type="dxa" w:w="9071"/>
            <w:shd w:val="clear" w:color="auto" w:fill="F1F2F3"/>
          </w:tcPr>
          <w:p>
            <w:r>
              <w:rPr>
                <w:b w:val="0"/>
                <w:sz w:val="20"/>
              </w:rPr>
            </w:r>
          </w:p>
        </w:tc>
      </w:tr>
      <w:tr>
        <w:tc>
          <w:tcPr>
            <w:tcW w:type="dxa" w:w="794"/>
          </w:tcPr>
          <w:p>
            <w:r>
              <w:rPr>
                <w:b/>
                <w:sz w:val="20"/>
              </w:rPr>
              <w:t>7</w:t>
            </w:r>
          </w:p>
        </w:tc>
        <w:tc>
          <w:tcPr>
            <w:tcW w:type="dxa" w:w="9071"/>
            <w:shd w:val="clear" w:color="auto" w:fill="F1F2F3"/>
          </w:tcPr>
          <w:p>
            <w:r>
              <w:rPr>
                <w:b w:val="0"/>
                <w:sz w:val="20"/>
              </w:rPr>
            </w:r>
          </w:p>
        </w:tc>
      </w:tr>
      <w:tr>
        <w:tc>
          <w:tcPr>
            <w:tcW w:type="dxa" w:w="794"/>
          </w:tcPr>
          <w:p>
            <w:r>
              <w:rPr>
                <w:b/>
                <w:sz w:val="20"/>
              </w:rPr>
              <w:t>8</w:t>
            </w:r>
          </w:p>
        </w:tc>
        <w:tc>
          <w:tcPr>
            <w:tcW w:type="dxa" w:w="9071"/>
            <w:shd w:val="clear" w:color="auto" w:fill="F1F2F3"/>
          </w:tcPr>
          <w:p>
            <w:r>
              <w:rPr>
                <w:b w:val="0"/>
                <w:sz w:val="20"/>
              </w:rPr>
            </w:r>
          </w:p>
        </w:tc>
      </w:tr>
    </w:tbl>
    <w:p/>
    <w:p>
      <w:r>
        <w:br w:type="page"/>
      </w:r>
    </w:p>
    <w:p>
      <w:pPr>
        <w:pStyle w:val="Heading2"/>
      </w:pPr>
      <w:r>
        <w:rPr>
          <w:color w:val="C2410C"/>
        </w:rPr>
        <w:t>7. Vos réalisations</w:t>
      </w:r>
    </w:p>
    <w:p>
      <w:r>
        <w:rPr>
          <w:sz w:val="20"/>
        </w:rPr>
        <w:t>Vos plus beaux chantiers, présentés en photos sur le site. Joignez les photos à votre email et indiquez leurs noms dans la dernière colonne (ex. « avant : IMG_1234.jpg, après : IMG_1240.jpg »), ou laissez-la vide : on fera le lien avec vous.</w:t>
      </w:r>
    </w:p>
    <w:tbl>
      <w:tblPr>
        <w:tblStyle w:val="TableGrid"/>
        <w:tblW w:type="dxa" w:w="9865"/>
        <w:jc w:val="center"/>
        <w:tblLayout w:type="fixed"/>
        <w:tblLook w:firstColumn="1" w:firstRow="1" w:lastColumn="0" w:lastRow="0" w:noHBand="0" w:noVBand="1" w:val="04A0"/>
      </w:tblPr>
      <w:tblGrid>
        <w:gridCol w:w="1814"/>
        <w:gridCol w:w="1361"/>
        <w:gridCol w:w="850"/>
        <w:gridCol w:w="1984"/>
        <w:gridCol w:w="2494"/>
        <w:gridCol w:w="1361"/>
      </w:tblGrid>
      <w:tr>
        <w:tc>
          <w:tcPr>
            <w:tcW w:type="dxa" w:w="1814"/>
            <w:shd w:val="clear" w:color="auto" w:fill="2B3035"/>
          </w:tcPr>
          <w:p>
            <w:r>
              <w:rPr>
                <w:b/>
                <w:color w:val="FFFFFF"/>
                <w:sz w:val="18"/>
              </w:rPr>
              <w:t>Réalisation</w:t>
            </w:r>
          </w:p>
        </w:tc>
        <w:tc>
          <w:tcPr>
            <w:tcW w:type="dxa" w:w="1361"/>
            <w:shd w:val="clear" w:color="auto" w:fill="2B3035"/>
          </w:tcPr>
          <w:p>
            <w:r>
              <w:rPr>
                <w:b/>
                <w:color w:val="FFFFFF"/>
                <w:sz w:val="18"/>
              </w:rPr>
              <w:t>Ville</w:t>
            </w:r>
          </w:p>
        </w:tc>
        <w:tc>
          <w:tcPr>
            <w:tcW w:type="dxa" w:w="850"/>
            <w:shd w:val="clear" w:color="auto" w:fill="2B3035"/>
          </w:tcPr>
          <w:p>
            <w:r>
              <w:rPr>
                <w:b/>
                <w:color w:val="FFFFFF"/>
                <w:sz w:val="18"/>
              </w:rPr>
              <w:t>Année</w:t>
            </w:r>
          </w:p>
        </w:tc>
        <w:tc>
          <w:tcPr>
            <w:tcW w:type="dxa" w:w="1984"/>
            <w:shd w:val="clear" w:color="auto" w:fill="2B3035"/>
          </w:tcPr>
          <w:p>
            <w:r>
              <w:rPr>
                <w:b/>
                <w:color w:val="FFFFFF"/>
                <w:sz w:val="18"/>
              </w:rPr>
              <w:t>Travaux réalisés</w:t>
            </w:r>
          </w:p>
        </w:tc>
        <w:tc>
          <w:tcPr>
            <w:tcW w:type="dxa" w:w="2494"/>
            <w:shd w:val="clear" w:color="auto" w:fill="2B3035"/>
          </w:tcPr>
          <w:p>
            <w:r>
              <w:rPr>
                <w:b/>
                <w:color w:val="FFFFFF"/>
                <w:sz w:val="18"/>
              </w:rPr>
              <w:t>Description</w:t>
            </w:r>
          </w:p>
        </w:tc>
        <w:tc>
          <w:tcPr>
            <w:tcW w:type="dxa" w:w="1361"/>
            <w:shd w:val="clear" w:color="auto" w:fill="2B3035"/>
          </w:tcPr>
          <w:p>
            <w:r>
              <w:rPr>
                <w:b/>
                <w:color w:val="FFFFFF"/>
                <w:sz w:val="18"/>
              </w:rPr>
              <w:t>Photos avant / après</w:t>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r>
        <w:tc>
          <w:tcPr>
            <w:tcW w:type="dxa" w:w="1814"/>
            <w:shd w:val="clear" w:color="auto" w:fill="F1F2F3"/>
          </w:tcPr>
          <w:p>
            <w:r>
              <w:rPr>
                <w:b w:val="0"/>
                <w:sz w:val="20"/>
              </w:rPr>
            </w:r>
          </w:p>
        </w:tc>
        <w:tc>
          <w:tcPr>
            <w:tcW w:type="dxa" w:w="1361"/>
            <w:shd w:val="clear" w:color="auto" w:fill="F1F2F3"/>
          </w:tcPr>
          <w:p>
            <w:r>
              <w:rPr>
                <w:b w:val="0"/>
                <w:sz w:val="20"/>
              </w:rPr>
            </w:r>
          </w:p>
        </w:tc>
        <w:tc>
          <w:tcPr>
            <w:tcW w:type="dxa" w:w="850"/>
            <w:shd w:val="clear" w:color="auto" w:fill="F1F2F3"/>
          </w:tcPr>
          <w:p>
            <w:r>
              <w:rPr>
                <w:b w:val="0"/>
                <w:sz w:val="20"/>
              </w:rPr>
            </w:r>
          </w:p>
        </w:tc>
        <w:tc>
          <w:tcPr>
            <w:tcW w:type="dxa" w:w="1984"/>
            <w:shd w:val="clear" w:color="auto" w:fill="F1F2F3"/>
          </w:tcPr>
          <w:p>
            <w:r>
              <w:rPr>
                <w:b w:val="0"/>
                <w:sz w:val="20"/>
              </w:rPr>
            </w:r>
          </w:p>
        </w:tc>
        <w:tc>
          <w:tcPr>
            <w:tcW w:type="dxa" w:w="2494"/>
            <w:shd w:val="clear" w:color="auto" w:fill="F1F2F3"/>
          </w:tcPr>
          <w:p>
            <w:r>
              <w:rPr>
                <w:b w:val="0"/>
                <w:sz w:val="20"/>
              </w:rPr>
            </w:r>
          </w:p>
        </w:tc>
        <w:tc>
          <w:tcPr>
            <w:tcW w:type="dxa" w:w="1361"/>
            <w:shd w:val="clear" w:color="auto" w:fill="F1F2F3"/>
          </w:tcPr>
          <w:p>
            <w:r>
              <w:rPr>
                <w:b w:val="0"/>
                <w:sz w:val="20"/>
              </w:rPr>
            </w:r>
          </w:p>
        </w:tc>
      </w:tr>
    </w:tbl>
    <w:p/>
    <w:p>
      <w:pPr>
        <w:pStyle w:val="Heading2"/>
      </w:pPr>
      <w:r>
        <w:rPr>
          <w:color w:val="C2410C"/>
        </w:rPr>
        <w:t>8. Vos villes d'intervention</w:t>
      </w:r>
    </w:p>
    <w:p>
      <w:r>
        <w:rPr>
          <w:sz w:val="20"/>
        </w:rPr>
        <w:t>Les villes où vous travaillez, en commençant par les plus importantes : elles apparaissent dans la zone d'intervention du site et, avec Premium, chacune a sa propre page.</w:t>
      </w:r>
    </w:p>
    <w:tbl>
      <w:tblPr>
        <w:tblStyle w:val="TableGrid"/>
        <w:tblW w:type="dxa" w:w="9865"/>
        <w:jc w:val="center"/>
        <w:tblLayout w:type="fixed"/>
        <w:tblLook w:firstColumn="1" w:firstRow="1" w:lastColumn="0" w:lastRow="0" w:noHBand="0" w:noVBand="1" w:val="04A0"/>
      </w:tblPr>
      <w:tblGrid>
        <w:gridCol w:w="7030"/>
        <w:gridCol w:w="2835"/>
      </w:tblGrid>
      <w:tr>
        <w:tc>
          <w:tcPr>
            <w:tcW w:type="dxa" w:w="7030"/>
            <w:shd w:val="clear" w:color="auto" w:fill="2B3035"/>
          </w:tcPr>
          <w:p>
            <w:r>
              <w:rPr>
                <w:b/>
                <w:color w:val="FFFFFF"/>
                <w:sz w:val="18"/>
              </w:rPr>
              <w:t>Ville d'intervention</w:t>
            </w:r>
          </w:p>
        </w:tc>
        <w:tc>
          <w:tcPr>
            <w:tcW w:type="dxa" w:w="2835"/>
            <w:shd w:val="clear" w:color="auto" w:fill="2B3035"/>
          </w:tcPr>
          <w:p>
            <w:r>
              <w:rPr>
                <w:b/>
                <w:color w:val="FFFFFF"/>
                <w:sz w:val="18"/>
              </w:rPr>
              <w:t>Code postal</w:t>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r>
        <w:tc>
          <w:tcPr>
            <w:tcW w:type="dxa" w:w="7030"/>
            <w:shd w:val="clear" w:color="auto" w:fill="F1F2F3"/>
          </w:tcPr>
          <w:p>
            <w:r>
              <w:rPr>
                <w:b w:val="0"/>
                <w:sz w:val="20"/>
              </w:rPr>
            </w:r>
          </w:p>
        </w:tc>
        <w:tc>
          <w:tcPr>
            <w:tcW w:type="dxa" w:w="2835"/>
            <w:shd w:val="clear" w:color="auto" w:fill="F1F2F3"/>
          </w:tcPr>
          <w:p>
            <w:r>
              <w:rPr>
                <w:b w:val="0"/>
                <w:sz w:val="20"/>
              </w:rPr>
            </w:r>
          </w:p>
        </w:tc>
      </w:tr>
    </w:tbl>
    <w:p/>
    <w:p>
      <w:pPr>
        <w:pStyle w:val="Heading2"/>
      </w:pPr>
      <w:r>
        <w:rPr>
          <w:color w:val="C2410C"/>
        </w:rPr>
        <w:t>9. Avis et questions fréquentes</w:t>
      </w:r>
    </w:p>
    <w:p>
      <w:r>
        <w:rPr>
          <w:sz w:val="20"/>
        </w:rPr>
        <w:t>3 vrais avis Google que vous aimeriez mettre en avant (copiez-collez-les) :</w:t>
      </w:r>
    </w:p>
    <w:tbl>
      <w:tblPr>
        <w:tblStyle w:val="TableGrid"/>
        <w:tblW w:type="dxa" w:w="9865"/>
        <w:jc w:val="center"/>
        <w:tblLayout w:type="fixed"/>
        <w:tblLook w:firstColumn="1" w:firstRow="1" w:lastColumn="0" w:lastRow="0" w:noHBand="0" w:noVBand="1" w:val="04A0"/>
      </w:tblPr>
      <w:tblGrid>
        <w:gridCol w:w="2041"/>
        <w:gridCol w:w="1020"/>
        <w:gridCol w:w="6803"/>
      </w:tblGrid>
      <w:tr>
        <w:tc>
          <w:tcPr>
            <w:tcW w:type="dxa" w:w="2041"/>
            <w:shd w:val="clear" w:color="auto" w:fill="2B3035"/>
          </w:tcPr>
          <w:p>
            <w:r>
              <w:rPr>
                <w:b/>
                <w:color w:val="FFFFFF"/>
                <w:sz w:val="18"/>
              </w:rPr>
              <w:t>Client</w:t>
            </w:r>
          </w:p>
        </w:tc>
        <w:tc>
          <w:tcPr>
            <w:tcW w:type="dxa" w:w="1020"/>
            <w:shd w:val="clear" w:color="auto" w:fill="2B3035"/>
          </w:tcPr>
          <w:p>
            <w:r>
              <w:rPr>
                <w:b/>
                <w:color w:val="FFFFFF"/>
                <w:sz w:val="18"/>
              </w:rPr>
              <w:t>Note /5</w:t>
            </w:r>
          </w:p>
        </w:tc>
        <w:tc>
          <w:tcPr>
            <w:tcW w:type="dxa" w:w="6803"/>
            <w:shd w:val="clear" w:color="auto" w:fill="2B3035"/>
          </w:tcPr>
          <w:p>
            <w:r>
              <w:rPr>
                <w:b/>
                <w:color w:val="FFFFFF"/>
                <w:sz w:val="18"/>
              </w:rPr>
              <w:t>Avis</w:t>
            </w:r>
          </w:p>
        </w:tc>
      </w:tr>
      <w:tr>
        <w:tc>
          <w:tcPr>
            <w:tcW w:type="dxa" w:w="2041"/>
            <w:shd w:val="clear" w:color="auto" w:fill="F1F2F3"/>
          </w:tcPr>
          <w:p>
            <w:r>
              <w:rPr>
                <w:b w:val="0"/>
                <w:sz w:val="20"/>
              </w:rPr>
            </w:r>
          </w:p>
        </w:tc>
        <w:tc>
          <w:tcPr>
            <w:tcW w:type="dxa" w:w="1020"/>
            <w:shd w:val="clear" w:color="auto" w:fill="F1F2F3"/>
          </w:tcPr>
          <w:p>
            <w:r>
              <w:rPr>
                <w:b w:val="0"/>
                <w:sz w:val="20"/>
              </w:rPr>
            </w:r>
          </w:p>
        </w:tc>
        <w:tc>
          <w:tcPr>
            <w:tcW w:type="dxa" w:w="6803"/>
            <w:shd w:val="clear" w:color="auto" w:fill="F1F2F3"/>
          </w:tcPr>
          <w:p>
            <w:r>
              <w:rPr>
                <w:b w:val="0"/>
                <w:sz w:val="20"/>
              </w:rPr>
            </w:r>
          </w:p>
        </w:tc>
      </w:tr>
      <w:tr>
        <w:tc>
          <w:tcPr>
            <w:tcW w:type="dxa" w:w="2041"/>
            <w:shd w:val="clear" w:color="auto" w:fill="F1F2F3"/>
          </w:tcPr>
          <w:p>
            <w:r>
              <w:rPr>
                <w:b w:val="0"/>
                <w:sz w:val="20"/>
              </w:rPr>
            </w:r>
          </w:p>
        </w:tc>
        <w:tc>
          <w:tcPr>
            <w:tcW w:type="dxa" w:w="1020"/>
            <w:shd w:val="clear" w:color="auto" w:fill="F1F2F3"/>
          </w:tcPr>
          <w:p>
            <w:r>
              <w:rPr>
                <w:b w:val="0"/>
                <w:sz w:val="20"/>
              </w:rPr>
            </w:r>
          </w:p>
        </w:tc>
        <w:tc>
          <w:tcPr>
            <w:tcW w:type="dxa" w:w="6803"/>
            <w:shd w:val="clear" w:color="auto" w:fill="F1F2F3"/>
          </w:tcPr>
          <w:p>
            <w:r>
              <w:rPr>
                <w:b w:val="0"/>
                <w:sz w:val="20"/>
              </w:rPr>
            </w:r>
          </w:p>
        </w:tc>
      </w:tr>
      <w:tr>
        <w:tc>
          <w:tcPr>
            <w:tcW w:type="dxa" w:w="2041"/>
            <w:shd w:val="clear" w:color="auto" w:fill="F1F2F3"/>
          </w:tcPr>
          <w:p>
            <w:r>
              <w:rPr>
                <w:b w:val="0"/>
                <w:sz w:val="20"/>
              </w:rPr>
            </w:r>
          </w:p>
        </w:tc>
        <w:tc>
          <w:tcPr>
            <w:tcW w:type="dxa" w:w="1020"/>
            <w:shd w:val="clear" w:color="auto" w:fill="F1F2F3"/>
          </w:tcPr>
          <w:p>
            <w:r>
              <w:rPr>
                <w:b w:val="0"/>
                <w:sz w:val="20"/>
              </w:rPr>
            </w:r>
          </w:p>
        </w:tc>
        <w:tc>
          <w:tcPr>
            <w:tcW w:type="dxa" w:w="6803"/>
            <w:shd w:val="clear" w:color="auto" w:fill="F1F2F3"/>
          </w:tcPr>
          <w:p>
            <w:r>
              <w:rPr>
                <w:b w:val="0"/>
                <w:sz w:val="20"/>
              </w:rPr>
            </w:r>
          </w:p>
        </w:tc>
      </w:tr>
    </w:tbl>
    <w:p/>
    <w:p>
      <w:r>
        <w:rPr>
          <w:sz w:val="20"/>
        </w:rPr>
        <w:t>Les questions que vos clients vous posent le plus (délais, visite technique, garanties, nettoyage du chantier…) :</w:t>
      </w:r>
    </w:p>
    <w:tbl>
      <w:tblPr>
        <w:tblStyle w:val="TableGrid"/>
        <w:tblW w:type="dxa" w:w="9865"/>
        <w:jc w:val="center"/>
        <w:tblLayout w:type="fixed"/>
        <w:tblLook w:firstColumn="1" w:firstRow="1" w:lastColumn="0" w:lastRow="0" w:noHBand="0" w:noVBand="1" w:val="04A0"/>
      </w:tblPr>
      <w:tblGrid>
        <w:gridCol w:w="3969"/>
        <w:gridCol w:w="5896"/>
      </w:tblGrid>
      <w:tr>
        <w:tc>
          <w:tcPr>
            <w:tcW w:type="dxa" w:w="3969"/>
            <w:shd w:val="clear" w:color="auto" w:fill="2B3035"/>
          </w:tcPr>
          <w:p>
            <w:r>
              <w:rPr>
                <w:b/>
                <w:color w:val="FFFFFF"/>
                <w:sz w:val="18"/>
              </w:rPr>
              <w:t>Question fréquente</w:t>
            </w:r>
          </w:p>
        </w:tc>
        <w:tc>
          <w:tcPr>
            <w:tcW w:type="dxa" w:w="5896"/>
            <w:shd w:val="clear" w:color="auto" w:fill="2B3035"/>
          </w:tcPr>
          <w:p>
            <w:r>
              <w:rPr>
                <w:b/>
                <w:color w:val="FFFFFF"/>
                <w:sz w:val="18"/>
              </w:rPr>
              <w:t>Réponse</w:t>
            </w:r>
          </w:p>
        </w:tc>
      </w:tr>
      <w:tr>
        <w:tc>
          <w:tcPr>
            <w:tcW w:type="dxa" w:w="3969"/>
            <w:shd w:val="clear" w:color="auto" w:fill="F1F2F3"/>
          </w:tcPr>
          <w:p>
            <w:r>
              <w:rPr>
                <w:b w:val="0"/>
                <w:sz w:val="20"/>
              </w:rPr>
            </w:r>
          </w:p>
        </w:tc>
        <w:tc>
          <w:tcPr>
            <w:tcW w:type="dxa" w:w="5896"/>
            <w:shd w:val="clear" w:color="auto" w:fill="F1F2F3"/>
          </w:tcPr>
          <w:p>
            <w:r>
              <w:rPr>
                <w:b w:val="0"/>
                <w:sz w:val="20"/>
              </w:rPr>
            </w:r>
          </w:p>
        </w:tc>
      </w:tr>
      <w:tr>
        <w:tc>
          <w:tcPr>
            <w:tcW w:type="dxa" w:w="3969"/>
            <w:shd w:val="clear" w:color="auto" w:fill="F1F2F3"/>
          </w:tcPr>
          <w:p>
            <w:r>
              <w:rPr>
                <w:b w:val="0"/>
                <w:sz w:val="20"/>
              </w:rPr>
            </w:r>
          </w:p>
        </w:tc>
        <w:tc>
          <w:tcPr>
            <w:tcW w:type="dxa" w:w="5896"/>
            <w:shd w:val="clear" w:color="auto" w:fill="F1F2F3"/>
          </w:tcPr>
          <w:p>
            <w:r>
              <w:rPr>
                <w:b w:val="0"/>
                <w:sz w:val="20"/>
              </w:rPr>
            </w:r>
          </w:p>
        </w:tc>
      </w:tr>
      <w:tr>
        <w:tc>
          <w:tcPr>
            <w:tcW w:type="dxa" w:w="3969"/>
            <w:shd w:val="clear" w:color="auto" w:fill="F1F2F3"/>
          </w:tcPr>
          <w:p>
            <w:r>
              <w:rPr>
                <w:b w:val="0"/>
                <w:sz w:val="20"/>
              </w:rPr>
            </w:r>
          </w:p>
        </w:tc>
        <w:tc>
          <w:tcPr>
            <w:tcW w:type="dxa" w:w="5896"/>
            <w:shd w:val="clear" w:color="auto" w:fill="F1F2F3"/>
          </w:tcPr>
          <w:p>
            <w:r>
              <w:rPr>
                <w:b w:val="0"/>
                <w:sz w:val="20"/>
              </w:rPr>
            </w:r>
          </w:p>
        </w:tc>
      </w:tr>
      <w:tr>
        <w:tc>
          <w:tcPr>
            <w:tcW w:type="dxa" w:w="3969"/>
            <w:shd w:val="clear" w:color="auto" w:fill="F1F2F3"/>
          </w:tcPr>
          <w:p>
            <w:r>
              <w:rPr>
                <w:b w:val="0"/>
                <w:sz w:val="20"/>
              </w:rPr>
            </w:r>
          </w:p>
        </w:tc>
        <w:tc>
          <w:tcPr>
            <w:tcW w:type="dxa" w:w="5896"/>
            <w:shd w:val="clear" w:color="auto" w:fill="F1F2F3"/>
          </w:tcPr>
          <w:p>
            <w:r>
              <w:rPr>
                <w:b w:val="0"/>
                <w:sz w:val="20"/>
              </w:rPr>
            </w:r>
          </w:p>
        </w:tc>
      </w:tr>
      <w:tr>
        <w:tc>
          <w:tcPr>
            <w:tcW w:type="dxa" w:w="3969"/>
            <w:shd w:val="clear" w:color="auto" w:fill="F1F2F3"/>
          </w:tcPr>
          <w:p>
            <w:r>
              <w:rPr>
                <w:b w:val="0"/>
                <w:sz w:val="20"/>
              </w:rPr>
            </w:r>
          </w:p>
        </w:tc>
        <w:tc>
          <w:tcPr>
            <w:tcW w:type="dxa" w:w="5896"/>
            <w:shd w:val="clear" w:color="auto" w:fill="F1F2F3"/>
          </w:tcPr>
          <w:p>
            <w:r>
              <w:rPr>
                <w:b w:val="0"/>
                <w:sz w:val="20"/>
              </w:rPr>
            </w:r>
          </w:p>
        </w:tc>
      </w:tr>
    </w:tbl>
    <w:p/>
    <w:p>
      <w:pPr>
        <w:pStyle w:val="Heading2"/>
      </w:pPr>
      <w:r>
        <w:rPr>
          <w:color w:val="C2410C"/>
        </w:rPr>
        <w:t>10. Couleurs, logo et liens</w:t>
      </w:r>
    </w:p>
    <w:tbl>
      <w:tblPr>
        <w:tblStyle w:val="TableGrid"/>
        <w:tblW w:type="dxa" w:w="9865"/>
        <w:jc w:val="center"/>
        <w:tblLayout w:type="fixed"/>
        <w:tblLook w:firstColumn="1" w:firstRow="1" w:lastColumn="0" w:lastRow="0" w:noHBand="0" w:noVBand="1" w:val="04A0"/>
      </w:tblPr>
      <w:tblGrid>
        <w:gridCol w:w="3685"/>
        <w:gridCol w:w="6180"/>
      </w:tblGrid>
      <w:tr>
        <w:tc>
          <w:tcPr>
            <w:tcW w:type="dxa" w:w="3685"/>
            <w:shd w:val="clear" w:color="auto" w:fill="2B3035"/>
          </w:tcPr>
          <w:p>
            <w:r>
              <w:rPr>
                <w:b/>
                <w:color w:val="FFFFFF"/>
                <w:sz w:val="18"/>
              </w:rPr>
              <w:t>Information</w:t>
            </w:r>
          </w:p>
        </w:tc>
        <w:tc>
          <w:tcPr>
            <w:tcW w:type="dxa" w:w="6180"/>
            <w:shd w:val="clear" w:color="auto" w:fill="2B3035"/>
          </w:tcPr>
          <w:p>
            <w:r>
              <w:rPr>
                <w:b/>
                <w:color w:val="FFFFFF"/>
                <w:sz w:val="18"/>
              </w:rPr>
              <w:t>Votre réponse</w:t>
            </w:r>
          </w:p>
        </w:tc>
      </w:tr>
      <w:tr>
        <w:tc>
          <w:tcPr>
            <w:tcW w:type="dxa" w:w="3685"/>
          </w:tcPr>
          <w:p>
            <w:r>
              <w:rPr>
                <w:b/>
                <w:sz w:val="20"/>
              </w:rPr>
              <w:t>Couleur principale</w:t>
            </w:r>
          </w:p>
          <w:p>
            <w:r>
              <w:rPr>
                <w:i/>
                <w:color w:val="6E6960"/>
                <w:sz w:val="16"/>
              </w:rPr>
              <w:t>ex. orange, vert, bleu, ou un code #e8620c — vide : on choisit pour vous</w:t>
            </w:r>
          </w:p>
        </w:tc>
        <w:tc>
          <w:tcPr>
            <w:tcW w:type="dxa" w:w="6180"/>
            <w:shd w:val="clear" w:color="auto" w:fill="F1F2F3"/>
          </w:tcPr>
          <w:p>
            <w:r>
              <w:rPr>
                <w:b w:val="0"/>
                <w:sz w:val="20"/>
              </w:rPr>
            </w:r>
          </w:p>
        </w:tc>
      </w:tr>
      <w:tr>
        <w:tc>
          <w:tcPr>
            <w:tcW w:type="dxa" w:w="3685"/>
          </w:tcPr>
          <w:p>
            <w:r>
              <w:rPr>
                <w:b/>
                <w:sz w:val="20"/>
              </w:rPr>
              <w:t>Logo joint à l'email</w:t>
            </w:r>
          </w:p>
          <w:p>
            <w:r>
              <w:rPr>
                <w:i/>
                <w:color w:val="6E6960"/>
                <w:sz w:val="16"/>
              </w:rPr>
              <w:t>oui / non — sans logo, le nom de l'entreprise s'affiche en toutes lettres</w:t>
            </w:r>
          </w:p>
        </w:tc>
        <w:tc>
          <w:tcPr>
            <w:tcW w:type="dxa" w:w="6180"/>
            <w:shd w:val="clear" w:color="auto" w:fill="F1F2F3"/>
          </w:tcPr>
          <w:p>
            <w:r>
              <w:rPr>
                <w:b w:val="0"/>
                <w:sz w:val="20"/>
              </w:rPr>
            </w:r>
          </w:p>
        </w:tc>
      </w:tr>
      <w:tr>
        <w:tc>
          <w:tcPr>
            <w:tcW w:type="dxa" w:w="3685"/>
          </w:tcPr>
          <w:p>
            <w:r>
              <w:rPr>
                <w:b/>
                <w:sz w:val="20"/>
              </w:rPr>
              <w:t>Facebook</w:t>
            </w:r>
          </w:p>
          <w:p>
            <w:r>
              <w:rPr>
                <w:i/>
                <w:color w:val="6E6960"/>
                <w:sz w:val="16"/>
              </w:rPr>
              <w:t>lien de votre page</w:t>
            </w:r>
          </w:p>
        </w:tc>
        <w:tc>
          <w:tcPr>
            <w:tcW w:type="dxa" w:w="6180"/>
            <w:shd w:val="clear" w:color="auto" w:fill="F1F2F3"/>
          </w:tcPr>
          <w:p>
            <w:r>
              <w:rPr>
                <w:b w:val="0"/>
                <w:sz w:val="20"/>
              </w:rPr>
            </w:r>
          </w:p>
        </w:tc>
      </w:tr>
      <w:tr>
        <w:tc>
          <w:tcPr>
            <w:tcW w:type="dxa" w:w="3685"/>
          </w:tcPr>
          <w:p>
            <w:r>
              <w:rPr>
                <w:b/>
                <w:sz w:val="20"/>
              </w:rPr>
              <w:t>Instagram</w:t>
            </w:r>
          </w:p>
          <w:p>
            <w:r>
              <w:rPr>
                <w:i/>
                <w:color w:val="6E6960"/>
                <w:sz w:val="16"/>
              </w:rPr>
              <w:t>lien de votre page</w:t>
            </w:r>
          </w:p>
        </w:tc>
        <w:tc>
          <w:tcPr>
            <w:tcW w:type="dxa" w:w="6180"/>
            <w:shd w:val="clear" w:color="auto" w:fill="F1F2F3"/>
          </w:tcPr>
          <w:p>
            <w:r>
              <w:rPr>
                <w:b w:val="0"/>
                <w:sz w:val="20"/>
              </w:rPr>
            </w:r>
          </w:p>
        </w:tc>
      </w:tr>
      <w:tr>
        <w:tc>
          <w:tcPr>
            <w:tcW w:type="dxa" w:w="3685"/>
          </w:tcPr>
          <w:p>
            <w:r>
              <w:rPr>
                <w:b/>
                <w:sz w:val="20"/>
              </w:rPr>
              <w:t>Lien vers vos avis Google</w:t>
            </w:r>
          </w:p>
          <w:p>
            <w:r>
              <w:rPr>
                <w:i/>
                <w:color w:val="6E6960"/>
                <w:sz w:val="16"/>
              </w:rPr>
              <w:t>facultatif</w:t>
            </w:r>
          </w:p>
        </w:tc>
        <w:tc>
          <w:tcPr>
            <w:tcW w:type="dxa" w:w="6180"/>
            <w:shd w:val="clear" w:color="auto" w:fill="F1F2F3"/>
          </w:tcPr>
          <w:p>
            <w:r>
              <w:rPr>
                <w:b w:val="0"/>
                <w:sz w:val="20"/>
              </w:rPr>
            </w:r>
          </w:p>
        </w:tc>
      </w:tr>
      <w:tr>
        <w:tc>
          <w:tcPr>
            <w:tcW w:type="dxa" w:w="3685"/>
          </w:tcPr>
          <w:p>
            <w:r>
              <w:rPr>
                <w:b/>
                <w:sz w:val="20"/>
              </w:rPr>
              <w:t>Nom de domaine</w:t>
            </w:r>
          </w:p>
          <w:p>
            <w:r>
              <w:rPr>
                <w:i/>
                <w:color w:val="6E6960"/>
                <w:sz w:val="16"/>
              </w:rPr>
              <w:t>vous en avez déjà un ? lequel ? sinon celui que vous aimeriez, ex. thermia-isolation.fr</w:t>
            </w:r>
          </w:p>
        </w:tc>
        <w:tc>
          <w:tcPr>
            <w:tcW w:type="dxa" w:w="6180"/>
            <w:shd w:val="clear" w:color="auto" w:fill="F1F2F3"/>
          </w:tcPr>
          <w:p>
            <w:r>
              <w:rPr>
                <w:b w:val="0"/>
                <w:sz w:val="20"/>
              </w:rPr>
            </w:r>
          </w:p>
        </w:tc>
      </w:tr>
    </w:tbl>
    <w:p/>
    <w:p>
      <w:pPr>
        <w:pStyle w:val="Heading2"/>
      </w:pPr>
      <w:r>
        <w:rPr>
          <w:color w:val="C2410C"/>
        </w:rPr>
        <w:t>11. Vos photos et votre logo</w:t>
      </w:r>
    </w:p>
    <w:p>
      <w:r>
        <w:rPr>
          <w:sz w:val="20"/>
        </w:rPr>
        <w:t>À joindre à votre email (pas dans ce document) :</w:t>
      </w:r>
    </w:p>
    <w:p>
      <w:pPr>
        <w:pStyle w:val="ListBullet"/>
      </w:pPr>
      <w:r>
        <w:t>Votre logo (PNG ou JPG, le plus grand possible)</w:t>
      </w:r>
    </w:p>
    <w:p>
      <w:pPr>
        <w:pStyle w:val="ListBullet"/>
      </w:pPr>
      <w:r>
        <w:t>Les photos de vos chantiers : avant / après si vous les avez, de jour et bien cadrées — celles de votre téléphone suffisent</w:t>
      </w:r>
    </w:p>
    <w:p>
      <w:pPr>
        <w:pStyle w:val="ListBullet"/>
      </w:pPr>
      <w:r>
        <w:t>1 photo de vous ou de l'équipe (sur un chantier, devant le camion ou à l'atelier)</w:t>
      </w:r>
    </w:p>
    <w:p>
      <w:pPr>
        <w:pStyle w:val="ListBullet"/>
      </w:pPr>
      <w:r>
        <w:t>Facultatif : vos attestations RGE et décennale (PDF ou photo), pour reprendre les bonnes mentions sur le site</w:t>
      </w:r>
    </w:p>
    <w:p>
      <w:r>
        <w:rPr>
          <w:b/>
        </w:rPr>
        <w:t>Astuce :</w:t>
      </w:r>
      <w:r>
        <w:rPr>
          <w:sz w:val="20"/>
        </w:rPr>
        <w:t xml:space="preserve"> Peu de photos de chantiers ? Au prochain chantier, prenez une photo avant de commencer et une autre à la fin, du même endroit.</w:t>
      </w:r>
    </w:p>
    <w:p>
      <w:pPr>
        <w:pStyle w:val="Heading2"/>
      </w:pPr>
      <w:r>
        <w:rPr>
          <w:color w:val="C2410C"/>
        </w:rPr>
        <w:t>12. Validation</w:t>
      </w:r>
    </w:p>
    <w:tbl>
      <w:tblPr>
        <w:tblStyle w:val="TableGrid"/>
        <w:tblW w:type="dxa" w:w="9865"/>
        <w:jc w:val="center"/>
        <w:tblLayout w:type="fixed"/>
        <w:tblLook w:firstColumn="1" w:firstRow="1" w:lastColumn="0" w:lastRow="0" w:noHBand="0" w:noVBand="1" w:val="04A0"/>
      </w:tblPr>
      <w:tblGrid>
        <w:gridCol w:w="3685"/>
        <w:gridCol w:w="6180"/>
      </w:tblGrid>
      <w:tr>
        <w:tc>
          <w:tcPr>
            <w:tcW w:type="dxa" w:w="3685"/>
            <w:shd w:val="clear" w:color="auto" w:fill="2B3035"/>
          </w:tcPr>
          <w:p>
            <w:r>
              <w:rPr>
                <w:b/>
                <w:color w:val="FFFFFF"/>
                <w:sz w:val="18"/>
              </w:rPr>
              <w:t>Information</w:t>
            </w:r>
          </w:p>
        </w:tc>
        <w:tc>
          <w:tcPr>
            <w:tcW w:type="dxa" w:w="6180"/>
            <w:shd w:val="clear" w:color="auto" w:fill="2B3035"/>
          </w:tcPr>
          <w:p>
            <w:r>
              <w:rPr>
                <w:b/>
                <w:color w:val="FFFFFF"/>
                <w:sz w:val="18"/>
              </w:rPr>
              <w:t>Votre réponse</w:t>
            </w:r>
          </w:p>
        </w:tc>
      </w:tr>
      <w:tr>
        <w:tc>
          <w:tcPr>
            <w:tcW w:type="dxa" w:w="3685"/>
          </w:tcPr>
          <w:p>
            <w:r>
              <w:rPr>
                <w:b/>
                <w:sz w:val="20"/>
              </w:rPr>
              <w:t>Nom et prénom du dirigeant</w:t>
            </w:r>
          </w:p>
        </w:tc>
        <w:tc>
          <w:tcPr>
            <w:tcW w:type="dxa" w:w="6180"/>
            <w:shd w:val="clear" w:color="auto" w:fill="F1F2F3"/>
          </w:tcPr>
          <w:p>
            <w:r>
              <w:rPr>
                <w:b w:val="0"/>
                <w:sz w:val="20"/>
              </w:rPr>
            </w:r>
          </w:p>
        </w:tc>
      </w:tr>
      <w:tr>
        <w:tc>
          <w:tcPr>
            <w:tcW w:type="dxa" w:w="3685"/>
          </w:tcPr>
          <w:p>
            <w:r>
              <w:rPr>
                <w:b/>
                <w:sz w:val="20"/>
              </w:rPr>
              <w:t>Date</w:t>
            </w:r>
          </w:p>
        </w:tc>
        <w:tc>
          <w:tcPr>
            <w:tcW w:type="dxa" w:w="6180"/>
            <w:shd w:val="clear" w:color="auto" w:fill="F1F2F3"/>
          </w:tcPr>
          <w:p>
            <w:r>
              <w:rPr>
                <w:b w:val="0"/>
                <w:sz w:val="20"/>
              </w:rPr>
            </w:r>
          </w:p>
        </w:tc>
      </w:tr>
    </w:tbl>
    <w:p/>
    <w:p>
      <w:r>
        <w:rPr>
          <w:sz w:val="20"/>
        </w:rPr>
        <w:t>Merci ! Dès réception, nous préparons votre site et vous envoyons le lien pour validation avant la mise en ligne.</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E6960"/>
        <w:sz w:val="16"/>
      </w:rPr>
      <w:t>Genlead — questionnaire site artisan — à renvoyer complété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